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EMEKA UCHENNA ALEX - FIELD AGENT CV</w:t>
      </w:r>
    </w:p>
    <w:p>
      <w:r>
        <w:br/>
        <w:t>Cross River State, Nigeria</w:t>
        <w:br/>
        <w:t>Phone: 08061198603 | 08076747033</w:t>
        <w:br/>
        <w:t>Email: alexemeka048@gmail.com</w:t>
        <w:br/>
        <w:br/>
        <w:t>PROFESSIONAL SUMMARY</w:t>
        <w:br/>
        <w:t>Dedicated and detail-oriented Field Agent with experience in customer engagement, sales, operations management, data collection, and field-based activities.</w:t>
        <w:br/>
        <w:br/>
        <w:t>CORE COMPETENCIES</w:t>
        <w:br/>
        <w:t>• Field Data Collection</w:t>
        <w:br/>
        <w:t>• Customer Relationship Management</w:t>
        <w:br/>
        <w:t>• Survey Administration</w:t>
        <w:br/>
        <w:t>• Sales and Marketing</w:t>
        <w:br/>
        <w:t>• Community Engagement</w:t>
        <w:br/>
        <w:t>• Report Writing and Documentation</w:t>
        <w:br/>
        <w:t>• Communication and Interpersonal Skills</w:t>
        <w:br/>
        <w:t>• Team Coordination</w:t>
        <w:br/>
        <w:t>• Time Management</w:t>
        <w:br/>
        <w:t>• Microsoft Office Suite</w:t>
        <w:br/>
        <w:t>• Record Keeping and Data Entry</w:t>
        <w:br/>
        <w:br/>
        <w:t>WORK EXPERIENCE</w:t>
        <w:br/>
        <w:br/>
        <w:t>Fear God Logistics – Sales &amp; Operations Manager (2021–2025)</w:t>
        <w:br/>
        <w:t>• Coordinated daily field and operational activities.</w:t>
        <w:br/>
        <w:t>• Engaged customers and resolved service-related issues.</w:t>
        <w:br/>
        <w:t>• Maintained records and prepared operational reports.</w:t>
        <w:br/>
        <w:br/>
        <w:t>Segment Global Venture – Operations Manager (Remote) (2024)</w:t>
        <w:br/>
        <w:t>• Managed operational processes and workflow coordination.</w:t>
        <w:br/>
        <w:t>• Maintained records and prepared reports.</w:t>
        <w:br/>
        <w:br/>
        <w:t>Abacal Driver Transport – Office Secretary (2021)</w:t>
        <w:br/>
        <w:t>• Maintained company records and documentation.</w:t>
        <w:br/>
        <w:t>• Assisted customers and handled inquiries.</w:t>
        <w:br/>
        <w:br/>
        <w:t>MTN Nigeria – Field Sales Agent (2018)</w:t>
        <w:br/>
        <w:t>• Conducted field marketing and customer acquisition activities.</w:t>
        <w:br/>
        <w:t>• Collected customer information and feedback.</w:t>
        <w:br/>
        <w:br/>
        <w:t>Electricity Vendor – Cashier / Customer Service Representative (2019)</w:t>
        <w:br/>
        <w:t>• Processed customer transactions.</w:t>
        <w:br/>
        <w:t>• Responded to customer inquiries and complaints.</w:t>
        <w:br/>
        <w:br/>
        <w:t>EDUCATION</w:t>
        <w:br/>
        <w:t>B.Sc. Applied Geophysics</w:t>
        <w:br/>
        <w:t>University of Calabar</w:t>
        <w:br/>
        <w:t>Graduated July 2024</w:t>
        <w:br/>
        <w:br/>
        <w:t>REFERENCES</w:t>
        <w:br/>
        <w:t>Available upon request.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