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5349"/>
          <w:sz w:val="44"/>
        </w:rPr>
        <w:t>NWAKAMMA NKWUDO JOHN</w:t>
      </w:r>
    </w:p>
    <w:p>
      <w:pPr>
        <w:jc w:val="center"/>
      </w:pPr>
      <w:r>
        <w:rPr>
          <w:sz w:val="20"/>
        </w:rPr>
        <w:t>Calabar, Cross River State, Nigeria | 09031263664 | Etizformula@gmail.com</w:t>
      </w:r>
    </w:p>
    <w:p>
      <w:r>
        <w:rPr>
          <w:b/>
          <w:color w:val="005349"/>
          <w:sz w:val="24"/>
        </w:rPr>
        <w:t>PROFESSIONAL SUMMARY</w:t>
      </w:r>
    </w:p>
    <w:p>
      <w:r>
        <w:rPr>
          <w:sz w:val="21"/>
        </w:rPr>
        <w:t>Dedicated and detail-oriented Medical Biochemistry graduate with experience in customer service, administrative support, computer operations, and inventory management. Skilled in data entry, Microsoft Office applications, record keeping, and effective communication. Adept at working in fast-paced environments, maintaining accuracy, and collaborating with teams. Seeking an entry-level healthcare or medical laboratory support role where strong analytical abilities, organizational skills, and commitment to quality patient care can contribute to improved healthcare outcomes.</w:t>
      </w:r>
    </w:p>
    <w:p>
      <w:r>
        <w:rPr>
          <w:b/>
          <w:color w:val="005349"/>
          <w:sz w:val="24"/>
        </w:rPr>
        <w:t>CORE COMPETENCIES</w:t>
      </w:r>
    </w:p>
    <w:p>
      <w:pPr>
        <w:pStyle w:val="ListBullet"/>
      </w:pPr>
      <w:r>
        <w:t>Patient and Customer Service</w:t>
      </w:r>
    </w:p>
    <w:p>
      <w:pPr>
        <w:pStyle w:val="ListBullet"/>
      </w:pPr>
      <w:r>
        <w:t>Medical Records Management</w:t>
      </w:r>
    </w:p>
    <w:p>
      <w:pPr>
        <w:pStyle w:val="ListBullet"/>
      </w:pPr>
      <w:r>
        <w:t>Data Entry and Documentation</w:t>
      </w:r>
    </w:p>
    <w:p>
      <w:pPr>
        <w:pStyle w:val="ListBullet"/>
      </w:pPr>
      <w:r>
        <w:t>Microsoft Word, Excel and Spreadsheets</w:t>
      </w:r>
    </w:p>
    <w:p>
      <w:pPr>
        <w:pStyle w:val="ListBullet"/>
      </w:pPr>
      <w:r>
        <w:t>Inventory and Stock Management</w:t>
      </w:r>
    </w:p>
    <w:p>
      <w:pPr>
        <w:pStyle w:val="ListBullet"/>
      </w:pPr>
      <w:r>
        <w:t>Administrative Support</w:t>
      </w:r>
    </w:p>
    <w:p>
      <w:pPr>
        <w:pStyle w:val="ListBullet"/>
      </w:pPr>
      <w:r>
        <w:t>Communication Skills</w:t>
      </w:r>
    </w:p>
    <w:p>
      <w:pPr>
        <w:pStyle w:val="ListBullet"/>
      </w:pPr>
      <w:r>
        <w:t>Team Collaboration</w:t>
      </w:r>
    </w:p>
    <w:p>
      <w:pPr>
        <w:pStyle w:val="ListBullet"/>
      </w:pPr>
      <w:r>
        <w:t>Attention to Detail</w:t>
      </w:r>
    </w:p>
    <w:p>
      <w:pPr>
        <w:pStyle w:val="ListBullet"/>
      </w:pPr>
      <w:r>
        <w:t>Time Management</w:t>
      </w:r>
    </w:p>
    <w:p>
      <w:pPr>
        <w:pStyle w:val="ListBullet"/>
      </w:pPr>
      <w:r>
        <w:t>Problem Solving</w:t>
      </w:r>
    </w:p>
    <w:p>
      <w:pPr>
        <w:pStyle w:val="ListBullet"/>
      </w:pPr>
      <w:r>
        <w:t>Sales and Relationship Management</w:t>
      </w:r>
    </w:p>
    <w:p>
      <w:r>
        <w:rPr>
          <w:b/>
          <w:color w:val="005349"/>
          <w:sz w:val="24"/>
        </w:rPr>
        <w:t>PROFESSIONAL EXPERIENCE</w:t>
      </w:r>
    </w:p>
    <w:p>
      <w:r>
        <w:rPr>
          <w:b/>
          <w:sz w:val="22"/>
        </w:rPr>
        <w:t>Computer Operator</w:t>
        <w:br/>
      </w:r>
      <w:r>
        <w:rPr>
          <w:i/>
          <w:sz w:val="20"/>
        </w:rPr>
        <w:t>Iyke Global Enterprise | 2024 – 2025</w:t>
      </w:r>
    </w:p>
    <w:p>
      <w:pPr>
        <w:pStyle w:val="ListBullet"/>
      </w:pPr>
      <w:r>
        <w:t>Managed data entry, document preparation, and digital record keeping.</w:t>
      </w:r>
    </w:p>
    <w:p>
      <w:pPr>
        <w:pStyle w:val="ListBullet"/>
      </w:pPr>
      <w:r>
        <w:t>Created and edited documents, spreadsheets, and reports using Microsoft Office applications.</w:t>
      </w:r>
    </w:p>
    <w:p>
      <w:pPr>
        <w:pStyle w:val="ListBullet"/>
      </w:pPr>
      <w:r>
        <w:t>Maintained accurate filing systems and ensured confidentiality of client information.</w:t>
      </w:r>
    </w:p>
    <w:p>
      <w:pPr>
        <w:pStyle w:val="ListBullet"/>
      </w:pPr>
      <w:r>
        <w:t>Assisted customers with printing, scanning, photocopying, and other computer-related services.</w:t>
      </w:r>
    </w:p>
    <w:p>
      <w:pPr>
        <w:pStyle w:val="ListBullet"/>
      </w:pPr>
      <w:r>
        <w:t>Resolved basic technical issues and provided excellent customer support.</w:t>
      </w:r>
    </w:p>
    <w:p>
      <w:r>
        <w:rPr>
          <w:b/>
          <w:sz w:val="22"/>
        </w:rPr>
        <w:t>Sales Associate</w:t>
        <w:br/>
      </w:r>
      <w:r>
        <w:rPr>
          <w:i/>
          <w:sz w:val="20"/>
        </w:rPr>
        <w:t>Erlan Gadget Plug | 2024</w:t>
      </w:r>
    </w:p>
    <w:p>
      <w:pPr>
        <w:pStyle w:val="ListBullet"/>
      </w:pPr>
      <w:r>
        <w:t>Assisted customers in selecting products based on their needs and preferences.</w:t>
      </w:r>
    </w:p>
    <w:p>
      <w:pPr>
        <w:pStyle w:val="ListBullet"/>
      </w:pPr>
      <w:r>
        <w:t>Maintained accurate sales records and inventory reports.</w:t>
      </w:r>
    </w:p>
    <w:p>
      <w:pPr>
        <w:pStyle w:val="ListBullet"/>
      </w:pPr>
      <w:r>
        <w:t>Processed transactions and handled customer inquiries professionally.</w:t>
      </w:r>
    </w:p>
    <w:p>
      <w:pPr>
        <w:pStyle w:val="ListBullet"/>
      </w:pPr>
      <w:r>
        <w:t>Supported stock management and product organization.</w:t>
      </w:r>
    </w:p>
    <w:p>
      <w:pPr>
        <w:pStyle w:val="ListBullet"/>
      </w:pPr>
      <w:r>
        <w:t>Contributed to achieving sales targets through effective communication and relationship building.</w:t>
      </w:r>
    </w:p>
    <w:p>
      <w:r>
        <w:rPr>
          <w:b/>
          <w:sz w:val="22"/>
        </w:rPr>
        <w:t>Housekeeper</w:t>
        <w:br/>
      </w:r>
      <w:r>
        <w:rPr>
          <w:i/>
          <w:sz w:val="20"/>
        </w:rPr>
        <w:t>Mich Royale Hotel | 2015 – 2016</w:t>
      </w:r>
    </w:p>
    <w:p>
      <w:pPr>
        <w:pStyle w:val="ListBullet"/>
      </w:pPr>
      <w:r>
        <w:t>Maintained high standards of cleanliness and hygiene in guest rooms and common areas.</w:t>
      </w:r>
    </w:p>
    <w:p>
      <w:pPr>
        <w:pStyle w:val="ListBullet"/>
      </w:pPr>
      <w:r>
        <w:t>Replenished supplies and ensured rooms were prepared according to hotel standards.</w:t>
      </w:r>
    </w:p>
    <w:p>
      <w:pPr>
        <w:pStyle w:val="ListBullet"/>
      </w:pPr>
      <w:r>
        <w:t>Reported maintenance issues promptly to supervisors.</w:t>
      </w:r>
    </w:p>
    <w:p>
      <w:pPr>
        <w:pStyle w:val="ListBullet"/>
      </w:pPr>
      <w:r>
        <w:t>Followed health, safety, and infection control procedures.</w:t>
      </w:r>
    </w:p>
    <w:p>
      <w:pPr>
        <w:pStyle w:val="ListBullet"/>
      </w:pPr>
      <w:r>
        <w:t>Delivered excellent customer service to ensure guest satisfaction.</w:t>
      </w:r>
    </w:p>
    <w:p>
      <w:r>
        <w:rPr>
          <w:b/>
          <w:color w:val="005349"/>
          <w:sz w:val="24"/>
        </w:rPr>
        <w:t>EDUCATION</w:t>
      </w:r>
    </w:p>
    <w:p>
      <w:r>
        <w:rPr>
          <w:b/>
          <w:sz w:val="22"/>
        </w:rPr>
        <w:t>Bachelor of Science (B.Sc.) in Medical Biochemistry</w:t>
        <w:br/>
      </w:r>
      <w:r>
        <w:rPr>
          <w:sz w:val="20"/>
        </w:rPr>
        <w:t>University of Calabar | Expected Graduation: 2026</w:t>
      </w:r>
    </w:p>
    <w:p>
      <w:r>
        <w:rPr>
          <w:b/>
          <w:color w:val="005349"/>
          <w:sz w:val="24"/>
        </w:rPr>
        <w:t>CERTIFICATIONS</w:t>
      </w:r>
    </w:p>
    <w:p>
      <w:pPr>
        <w:pStyle w:val="ListBullet"/>
      </w:pPr>
      <w:r>
        <w:t>Certificate in Computer Training</w:t>
      </w:r>
    </w:p>
    <w:p>
      <w:r>
        <w:rPr>
          <w:b/>
          <w:color w:val="005349"/>
          <w:sz w:val="24"/>
        </w:rPr>
        <w:t>ADDITIONAL INFORMATION</w:t>
      </w:r>
    </w:p>
    <w:p>
      <w:pPr>
        <w:pStyle w:val="ListBullet"/>
      </w:pPr>
      <w:r>
        <w:t>NYSC Status: Awaiting Mobilization</w:t>
      </w:r>
    </w:p>
    <w:p>
      <w:pPr>
        <w:pStyle w:val="ListBullet"/>
      </w:pPr>
      <w:r>
        <w:t>Language: English</w:t>
      </w:r>
    </w:p>
    <w:p>
      <w:pPr>
        <w:pStyle w:val="ListBullet"/>
      </w:pPr>
      <w:r>
        <w:t>Location: Calabar, Cross River State, Nigeria</w:t>
      </w:r>
    </w:p>
    <w:p>
      <w:r>
        <w:rPr>
          <w:b/>
          <w:color w:val="005349"/>
          <w:sz w:val="24"/>
        </w:rPr>
        <w:t>ACHIEVEMENTS AND STRENGTHS</w:t>
      </w:r>
    </w:p>
    <w:p>
      <w:pPr>
        <w:pStyle w:val="ListBullet"/>
      </w:pPr>
      <w:r>
        <w:t>Demonstrated strong attention to detail through accurate data entry and record management.</w:t>
      </w:r>
    </w:p>
    <w:p>
      <w:pPr>
        <w:pStyle w:val="ListBullet"/>
      </w:pPr>
      <w:r>
        <w:t>Developed excellent interpersonal skills through customer-facing roles.</w:t>
      </w:r>
    </w:p>
    <w:p>
      <w:pPr>
        <w:pStyle w:val="ListBullet"/>
      </w:pPr>
      <w:r>
        <w:t>Adapt quickly to new environments and technologies.</w:t>
      </w:r>
    </w:p>
    <w:p>
      <w:pPr>
        <w:pStyle w:val="ListBullet"/>
      </w:pPr>
      <w:r>
        <w:t>Consistently maintain high standards of professionalism and organization.</w:t>
      </w:r>
    </w:p>
    <w:p>
      <w:r>
        <w:rPr>
          <w:b/>
          <w:color w:val="005349"/>
          <w:sz w:val="24"/>
        </w:rPr>
        <w:t>REFERENCES</w:t>
      </w:r>
    </w:p>
    <w:p>
      <w:r>
        <w:t>Available upon request.</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